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🤝 החבר – אלזה מורנטה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הסיפור החבר – מבט כולל על ארבעה שיעורים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נושאי ארבעת השיעורים על הסיפור החבר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מושגים ספרותיים מרכזיים: תדמית, רמז מטרים, פואנטה, מספר גיבור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לקשר בין שלבי העלילה לבין הנושאים חברות, בושה ואשמה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 -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כתוב בשיעור 1 שהמטרה היא להכיר את המספר ואת החבר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העימות בחנות נלמד בשיעור 3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שיעור 2 עוסק ברמזים מטרימים ובפואנטה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כתוב שבשיעור 4 כותבים מכתב לא רשמי מנקודת מבט של דמות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כתוב במפורש בנושאי שיעור 3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כל שיעור אורך 45 דקות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התאמת שיעור לנושא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(תדמית ורושם ראשוני)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(רמז מטרים ופואנטה)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(עימות בחנות ומספר גיבור)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(מכתב אחרי עשר שנים)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בחירה מרובה - מושגים ספרותיים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רמז קטן שמנבא מה יקרה בהמשך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מספר גיבור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ארבעה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סוף מפתיע שמשנה את ההבנה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שיעור 3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פואנטה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מכתב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דקות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מישורי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סידור השיעורים לפי הסדר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הכרות עם המספר והחבר ובניית תדמית ראשונית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זיהוי רמזים מטרימים והבנת הפואנטה בחלק א'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ניתוח העימות בחנות ומבנה חלק ב'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כתיבת מכתב המסכם את נושאי הסיפור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חברות, תדמית, בושה ואשמה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כי הם עוזרים להבין את ההפתעה ולראות שהסוף לא מקרי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מזהה שרמז מטרים מנבא אירוע עתידי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מזהה ששיעור 3 עוסק בחנות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מזכיר חברות ותדמית או בושה ואשמה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רצף השיעורים כמפה חזותית לפני תחילת הלימוד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לחזור על המושגים הספרותיים (רמז מטרים, פואנטה, מספר גיבור) לפני המעבר לשיעור הבא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בגרסת חנ״מ ניתן להתמקד בחלק הראשון של הדף ובפעילות הסידור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🤝 החבר – אלזה מורנטה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הסיפור החבר – מבט כולל על ארבעה שיעורים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הסיפור החבר מאת אלזה מורנטה נלמד בארבעה שיעורים. בכל שיעור לומדים שלב אחר בעלילה ומושג ספרותי חדש.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כללית -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בשיעור הראשון מכירים את המספר ואת החבר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שיעור 2 עוסק בעימות בחנות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המושג פואנטה נלמד בשיעור 2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בשיעור 4 התלמידים כותבים מכתב מנקודת מבט של דמות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בשיעור 3 לומדים על שני מישורי זמן בסיפור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שיעור אורך שעה וחצי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התאמת שיעור לנושא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שיעור 1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עימות בחנות ומספר גיבור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שיעור 2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מכתב אחרי עשר שנים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שיעור 3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תדמית ורושם ראשוני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שיעור 4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רמז מטרים ופואנטה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בחירה מרובה - מושגים ספרותיים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מהו רמז מטרים?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סוף מפתיע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רמז קטן שמנבא מה יקרה בהמשך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תיאור של דמות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שם של הסופרת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מושג מתאר דמות שגם מספרת את הסיפור?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פואנטה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תדמית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מספר גיבור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עלבון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שיעורים כוללת הרצף על הסיפור החבר?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חמישה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מהי פואנטה?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תחילת הסיפור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סוף מפתיע שמשנה את ההבנה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שם הגיבור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מקום ההתרחשות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באיזה שיעור נלמד על עלבון?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שיעור 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שיעור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שיעור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שיעור 4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שיעור 1 עוסק בהכרות עם המספר ועם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שיעור 2 מלמד על רמז מטרים ו__________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בשיעור 3 מתרחש עימות ב__________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בשיעור 4 התלמידים כותבים __________ מנקודת מבט של דמות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כל שיעור בסדרה אורך 45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בשיעור 3 לומדים על שני __________ זמן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סידור השיעורים לפי הסדר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ניתוח העימות בחנות ומבנה חלק ב'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כתיבת מכתב המסכם את נושאי הסיפור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הכרות עם המספר והחבר ובניית תדמית ראשונית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זיהוי רמזים מטרימים והבנת הפואנטה בחלק א'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מהם שלושה נושאים מרכזיים שעולים בסיפור החבר לאורך ארבעת השיעורים?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מדוע חשוב להבין את הרמזים המטרימים לפני שמגיעים לפואנטה?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רמז מטרים ולמה הוא חשוב בסיפור?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באיזה שיעור לומדים על העימות בחנות?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שני הנושאים המרכזיים שמככבים בשיעור 4?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הסיפור החבר – מבט כולל על ארבעה שיעורים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