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החבר – מבט כולל על ארבעה שיעורים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נושאי ארבעת השיעורים על הסיפור 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מושגים ספרותיים מרכזיים: תדמית, רמז מטרים, פואנטה, מספר גיבור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שלבי העלילה לבין הנושאים חברות, בושה ואשמה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בשיעור 1 שהמטרה היא להכיר את המספר ואת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העימות בחנות נלמד בשיעור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שיעור 2 עוסק ברמזים מטרימים ובפואנטה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שיעור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(תדמית ורושם ראשוני)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(רמז מטרים ופואנטה)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(עימות בחנות ומספר גיבור)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(מכתב אחרי עשר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בחירה מרובה - מושגים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רמז קטן שמנבא מה יקרה בהמשך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מספר גיבור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פואנטה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השיעורים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הכרות עם המספר והחבר ובניית תדמית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זיהוי רמזים מטרימים והבנת הפואנטה בחלק א'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ניתוח העימות בחנות ומבנה חלק 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מכתב המסכם את נושאי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חברות, תדמית, בושה ואשמה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שרמז מטרים מנבא אירוע עתידי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ששיעור 3 עוסק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חברות ותדמית או בושה ואשמה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רצף השיעורים כמפה חזותית לפני תחילת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המושגים הספרותיים (רמז מטרים, פואנטה, מספר גיבור) לפני המעבר לשיעור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חנ״מ ניתן להתמקד בחלק הראשון של הדף ובפעילות הסידור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החבר – מבט כולל על ארבעה שיעורים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הסיפור החבר מאת אלזה מורנטה נלמד בארבעה שיעורים. בכל שיעור לומדים שלב אחר בעלילה ומושג ספרותי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פואנטה  ·  חנות  ·  חבר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בשיעור הראשון מכירים את המספר ואת החבר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שיעור 2 עוסק בעימות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המושג פואנטה נלמד בשיעור 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שיעור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שיעור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עימות בחנות ומספר גיבור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שיעור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מכתב אחרי עשר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שיעור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תדמית ורושם ראשוני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שיעור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רמז מטרים ופואנטה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בחירה מרובה - מושגים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רמז מטרים?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סוף מפתיע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רמז קטן שמנבא מה יקרה בהמשך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תיאור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מושג מתאר דמות שגם מספרת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פואנטה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תדמית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שיעורים כוללת הרצף על הסיפור החבר?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שיעור 1 עוסק בהכרות עם המספר ועם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שיעור 2 מלמד על רמז מטרים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בשיעור 3 מתרחש עימות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השיעורים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זיהוי רמזים מטרימים והבנת הפואנטה בחלק א'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ניתוח העימות בחנות ומבנה חלק ב'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מכתב המסכם את נושאי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הכרות עם המספר והחבר ובניית תדמית ראשונית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שלושה נושאים מרכזיים שעולים בסיפור החבר לאורך ארבעת השיעורים?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רמז מטרים ולמה הוא חשוב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שיעור לומדים על העימות בחנות?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החבר – מבט כולל על ארבעה שיעורים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